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ערוצי ההתמודדות בשער החוסן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תפקידם של ששת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הוקרה כלפי מורה או מבוגר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מודל של שישה ערוצי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זהירות וסכנות 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עושה דרך בשני הכיוונים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בשיעור לא מצטטים את מילות השיר, אלא מדברים עליו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ערוץ הגוף בשער החוסן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ערוץ זה בשער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כובע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הערוץ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גרסת 45 הדקות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העוגן האישי – חושבים על מבוגר שראה אותנו מעבר לציונים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צפייה פעילה בשיר ותפיסת מילה או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תחנה אחת מתוך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 מילים טובות – שיתוף משפט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הסיכום של המורה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מורה שמאמין בתלמיד נותן לו אמון זמני עד שהתלמיד יאמין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ערוצי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כובע + תפקידו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הזכירו שאין חובה לשתף תכנים אישיים ושהשיר נשמע רק דרך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לפצל את הסדנה לשני מפגשים לפי הזמן הפנוי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לרגישות – חלק מהתלמידים עשויים לכתוב על מבוגר שאינו מורה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למורה – שער החוסן וכובעי החשיבה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סדנה שמדברת על הקשר בין מורה לתלמיד, על אמון ועל הכרת תודה. יש בה שני כלים: שער החוסן וכובעי החשיבה.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 החוסן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עם שישה ערוצים שעוזרים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התמודדות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אדם שואב כוח כדי להתמודד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כובעי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לחשוב על נושא משישה זוויות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ביטחון שמישהו מאמין 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שמתאר דבר אחד באמצעות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והתבוננות פנימית על רגשות ומעשים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שער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מודל של שישה ערוצי התמודדות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כובעים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שואל הכובע האדום?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שואל הכובע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 וסכנות אפשריות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משפט הסיכום על מילה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פועלת רק ממורה לתלמיד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פועלת רק מתלמיד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עושה דרך בשני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מצטטים את מילות השיר במלואן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הגוף עוסק בנשימה, תנועה, שינה ומנוחה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לשתף בקול את מה שכתב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אמונה וערכים קשור לכוח שמגיע ממשמעות ואמונה בעצמי ובאחרים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כובע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כובע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יצירתיות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שם הערוץ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ערוץ ה__________ עוסק בשייכות, קשרים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ערוץ ה__________ עוסק בדמיון, הומור ואמנות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ה__________ עוסק בהבנה, תכנון ועשייה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עוסק בנשימה, תנועה ומנוחה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גרסת 45 הדקות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צפייה פעילה בשיר ותפיסת מילה או רעיון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תחנה אחת מתוך שלוש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הסיכום של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העוגן האישי – חושבים על מבוגר שראה אותנו מעבר לציונים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מילים טובות – שיתוף משפט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'הלוואה של אמונה' שמורה יכול לתת לתלמיד?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החוסן?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כובעי חשיבה והסבירו מה כל אחד בודק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שהייתם רוצים לשמוע ממורה או ממבוגר משמעותי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למורה – שער החוסן וכובעי החשיבה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