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מכתב למורה – שער החוסן וכובעי החשיבה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ששת ערוצי ההתמודדות בשער החוסן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תפקידם של ששת כובעי החשיבה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ביטוי הוקרה כלפי מורה או מבוגר משמעותי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מודל של שישה ערוצי התמודדות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רגשות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זהירות וסכנות אפשריות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עושה דרך בשני הכיוונים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בשיעור לא מצטטים את מילות השיר, אלא מדברים עליו במילים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מוגדר ערוץ הגוף בשער החוסן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השיתוף הוא רק למי שרוצה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מוגדר ערוץ זה בשער החוסן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כובע לתפקידו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(עובדות)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(רגש)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(יתרונות)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(זהירות)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(יצירתיות)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(סיכום)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שם הערוץ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חברתי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יצירתיות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גרסת 45 הדקות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העוגן האישי – חושבים על מבוגר שראה אותנו מעבר לציונים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צפייה פעילה בשיר ותפיסת מילה או 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בחירת תחנה אחת מתוך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מעגל מילים טובות – שיתוף משפט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משפט הסיכום של המורה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מורה שמאמין בתלמיד נותן לו אמון זמני עד שהתלמיד יאמין בעצמו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שישה ערוצי התמודדות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כובע + תפקידו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אישי 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הזכירו שאין חובה לשתף תכנים אישיים ושהשיר נשמע רק דרך הקישור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לפצל את הסדנה לשני מפגשים לפי הזמן הפנוי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שימו לב לרגישות – חלק מהתלמידים עשויים לכתוב על מבוגר שאינו מורה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מכתב למורה – שער החוסן וכובעי החשיבה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הדף מתבסס על סדנת חוסן וחשיבה שעוסקת בקשר שבין מורה לתלמיד, במבט מאמין ובהכרת הטוב. התרגילים עוסקים בשער החוסן ובכובעי החשיבה כפי שמופיעים בסדנה.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שער החוסן שבסדנה?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רשימת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מודל של שישה ערוצי התמודדות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מחשבים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מבחן בכתיבה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כובעי חשיבה משמשים בסדנה?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בודק הכובע האדום?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עובדות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רגשות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יתרונות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בודק הכובע השחור?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יצירתיות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זהירות וסכנות אפשריות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עובדות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לפי משפט הסיכום של הסדנה, מילה טובה...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פועלת רק ממורה לתלמיד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פועלת רק מתלמיד למורה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עושה דרך בשני הכיוונים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משנה דבר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בשיעור מצטטים את מילות השיר במלואן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ערוץ הגוף עוסק בנשימה, תנועה, שינה ומנוחה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תלמיד חייב לשתף בקול את מה שכתב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ערוץ אמונה וערכים קשור לכוח שמגיע ממשמעות ואמונה בעצמי ובאחרים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כובע לתפקידו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כובע לבן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יתרונות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כובע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יצירתיות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כובע צהוב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רגש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כובע שחור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עובדות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כובע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סיכום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כובע כחול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זהירות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שם הערוץ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ערוץ ה__________ עוסק בשייכות, קשרים ומעגלי תמיכה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ערוץ ה__________ עוסק בדמיון, הומור ואמנות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ערוץ ה__________ עוסק בהבנה, תכנון ועשייה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ערוץ ה__________ עוסק בנשימה, תנועה ומנוחה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גרסת 45 הדקות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בחירת תחנה אחת מתוך שלוש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הסיכום של המורה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העוגן האישי – חושבים על מבוגר שראה אותנו מעבר לציונים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צפייה פעילה בשיר ותפיסת מילה או רעיון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מעגל מילים טובות – שיתוף משפט אחד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'הלוואה של אמונה' שמורה יכול לתת לתלמיד?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שער החוסן?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שני כובעי חשיבה והסבירו מה כל אחד בודק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שהייתם רוצים לשמוע ממורה או ממבוגר משמעותי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מכתב למורה – שער החוסן וכובעי החשיבה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